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IRMLIVOTitle"/>
        <w:keepNext/>
      </w:pPr>
      <w:r>
        <w:rPr>
          <w:b/>
        </w:rPr>
        <w:t xml:space="preserve">W8-02  </w:t>
      </w:r>
      <w:r>
        <w:t>Wir stellen unsere Übungsfirma vor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2537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Jahrgang</w:t>
            </w:r>
          </w:p>
        </w:tc>
        <w:tc>
          <w:tcPr>
            <w:tcW w:type="dxa" w:w="2537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Fach</w:t>
            </w:r>
          </w:p>
        </w:tc>
        <w:tc>
          <w:tcPr>
            <w:tcW w:type="dxa" w:w="2537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Zeit</w:t>
            </w:r>
          </w:p>
        </w:tc>
        <w:tc>
          <w:tcPr>
            <w:tcW w:type="dxa" w:w="2537"/>
            <w:shd w:fill="173A5A"/>
            <w:vAlign w:val="center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b/>
                <w:color w:val="FFFFFF"/>
                <w:sz w:val="17"/>
              </w:rPr>
              <w:t>Sozialform</w:t>
            </w:r>
          </w:p>
        </w:tc>
      </w:tr>
      <w:tr>
        <w:tc>
          <w:tcPr>
            <w:tcW w:type="dxa" w:w="2537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8</w:t>
            </w:r>
          </w:p>
        </w:tc>
        <w:tc>
          <w:tcPr>
            <w:tcW w:type="dxa" w:w="2537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WiK</w:t>
            </w:r>
          </w:p>
        </w:tc>
        <w:tc>
          <w:tcPr>
            <w:tcW w:type="dxa" w:w="2537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60–90 Min.</w:t>
            </w:r>
          </w:p>
        </w:tc>
        <w:tc>
          <w:tcPr>
            <w:tcW w:type="dxa" w:w="2537"/>
            <w:shd w:fill="F3F6F8"/>
            <w:vAlign w:val="center"/>
            <w:tcMar>
              <w:top w:w="110" w:type="dxa"/>
              <w:start w:w="80" w:type="dxa"/>
              <w:bottom w:w="110" w:type="dxa"/>
              <w:end w:w="80" w:type="dxa"/>
            </w:tcMar>
            <w:tcBorders>
              <w:top w:val="single" w:sz="5" w:color="B4C4CC"/>
              <w:left w:val="single" w:sz="5" w:color="B4C4CC"/>
              <w:bottom w:val="single" w:sz="5" w:color="B4C4CC"/>
              <w:right w:val="single" w:sz="5" w:color="B4C4CC"/>
            </w:tcBorders>
          </w:tcPr>
          <w:p>
            <w:pPr>
              <w:jc w:val="center"/>
            </w:pPr>
            <w:r>
              <w:rPr>
                <w:rFonts w:ascii="Liberation Serif" w:hAnsi="Liberation Serif"/>
                <w:color w:val="27343B"/>
                <w:sz w:val="18"/>
              </w:rPr>
              <w:t>Einzel- oder Partnerarbeit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b/>
          <w:color w:val="173A5A"/>
        </w:rPr>
        <w:t xml:space="preserve">Lehrplanbezug: </w:t>
      </w:r>
      <w:r>
        <w:t>WiK8 LB 10 – E-Mail-Funktionen; WiK8 LB 11 – betrieblicher Kontext Übungsbüro/Schülerfirma/Projekt</w:t>
      </w:r>
    </w:p>
    <w:p>
      <w:pPr>
        <w:spacing w:after="40"/>
      </w:pPr>
      <w:r>
        <w:rPr>
          <w:b/>
          <w:color w:val="173A5A"/>
        </w:rPr>
        <w:t xml:space="preserve">FIRMLIVO: </w:t>
      </w:r>
      <w:r>
        <w:t>Firmenübersicht, Firmenprofil/Firmenwebsite, interne E-Mail</w:t>
      </w:r>
    </w:p>
    <w:p>
      <w:pPr>
        <w:spacing w:after="40"/>
      </w:pPr>
      <w:r>
        <w:rPr>
          <w:b/>
          <w:color w:val="173A5A"/>
        </w:rPr>
        <w:t xml:space="preserve">Kompetenzziel: </w:t>
      </w:r>
      <w:r>
        <w:t>Du stellst deine Übungsfirma adressatengerecht vor und nutzt KI bewusst zur sprachlichen Qualitätskontrolle.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EAF3F6"/>
            <w:tcMar>
              <w:top w:w="16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Liberation Sans" w:hAnsi="Liberation Sans"/>
                <w:b/>
                <w:color w:val="2B6E7F"/>
                <w:sz w:val="22"/>
              </w:rPr>
              <w:t>Ausgangssituation</w:t>
            </w:r>
          </w:p>
          <w:p>
            <w:pPr>
              <w:spacing w:after="60"/>
            </w:pPr>
            <w:r>
              <w:t>Eure Übungsfirma soll bekannter werden und Kontakte zu anderen FIRMLIVO-Übungsfirmen aufbauen. Dazu stellt ihr euch bei drei anderen Firmen per E-Mail vor.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Arbeitsauftrag</w:t>
      </w:r>
    </w:p>
    <w:p>
      <w:pPr>
        <w:pStyle w:val="FIRMLIVOStep"/>
        <w:spacing w:after="80"/>
        <w:ind w:left="238" w:hanging="238"/>
        <w:keepLines/>
      </w:pPr>
      <w:r>
        <w:rPr>
          <w:b/>
          <w:color w:val="2B6E7F"/>
        </w:rPr>
        <w:t xml:space="preserve">1. </w:t>
      </w:r>
      <w:r>
        <w:t>Öffne in FIRMLIVO das Firmenprofil bzw. die Firmenwebsite deiner Übungsfirma. Sammle Firmenname, Branche, wichtige Produkte oder Dienstleistungen, Besonderheiten und geeignete Kontaktdaten.</w:t>
      </w:r>
    </w:p>
    <w:p>
      <w:pPr>
        <w:pStyle w:val="FIRMLIVOStep"/>
        <w:spacing w:after="80"/>
        <w:ind w:left="238" w:hanging="238"/>
        <w:keepLines/>
      </w:pPr>
      <w:r>
        <w:rPr>
          <w:b/>
          <w:color w:val="2B6E7F"/>
        </w:rPr>
        <w:t xml:space="preserve">2. </w:t>
      </w:r>
      <w:r>
        <w:t>Wähle in der Firmenübersicht drei andere FIRMLIVO-Übungsfirmen aus. Informiere dich kurz über deren Angebot und überlege, warum ein Kontakt sinnvoll sein könnte.</w:t>
      </w:r>
    </w:p>
    <w:p>
      <w:pPr>
        <w:pStyle w:val="FIRMLIVOStep"/>
        <w:spacing w:after="80"/>
        <w:ind w:left="238" w:hanging="238"/>
        <w:keepLines/>
      </w:pPr>
      <w:r>
        <w:rPr>
          <w:b/>
          <w:color w:val="2B6E7F"/>
        </w:rPr>
        <w:t xml:space="preserve">3. </w:t>
      </w:r>
      <w:r>
        <w:t>Lies das Infoblatt „Eine Übungsfirma per E-Mail vorstellen“ und plane den Aufbau deiner Nachricht.</w:t>
      </w:r>
    </w:p>
    <w:p>
      <w:pPr>
        <w:pStyle w:val="FIRMLIVOStep"/>
        <w:spacing w:after="80"/>
        <w:ind w:left="238" w:hanging="238"/>
        <w:keepLines/>
      </w:pPr>
      <w:r>
        <w:rPr>
          <w:b/>
          <w:color w:val="2B6E7F"/>
        </w:rPr>
        <w:t xml:space="preserve">4. </w:t>
      </w:r>
      <w:r>
        <w:t>Schreibe einen ersten E-Mail-Entwurf. Verwende einen aussagekräftigen Betreff, eine passende Anrede, eine kurze Firmenvorstellung, den Grund der Kontaktaufnahme und einen freundlichen Abschluss.</w:t>
      </w:r>
    </w:p>
    <w:p>
      <w:pPr>
        <w:pStyle w:val="FIRMLIVOStep"/>
        <w:spacing w:after="80"/>
        <w:ind w:left="238" w:hanging="238"/>
        <w:keepLines/>
      </w:pPr>
      <w:r>
        <w:rPr>
          <w:b/>
          <w:color w:val="2B6E7F"/>
        </w:rPr>
        <w:t xml:space="preserve">5. </w:t>
      </w:r>
      <w:r>
        <w:t>Passe jede Nachricht an die Empfängerfirma an. Stelle in jeder E-Mail mindestens eine konkrete Frage oder nenne einen passenden Anknüpfungspunkt für einen weiteren Geschäftskontakt.</w:t>
      </w:r>
    </w:p>
    <w:p>
      <w:pPr>
        <w:pStyle w:val="FIRMLIVOStep"/>
        <w:spacing w:after="80"/>
        <w:ind w:left="238" w:hanging="238"/>
        <w:keepLines/>
      </w:pPr>
      <w:r>
        <w:rPr>
          <w:b/>
          <w:color w:val="2B6E7F"/>
        </w:rPr>
        <w:t xml:space="preserve">6. </w:t>
      </w:r>
      <w:r>
        <w:t>Lass deinen selbst geschriebenen Entwurf von einer KI auf Verständlichkeit, Höflichkeit, Rechtschreibung und unklare Formulierungen prüfen. Sachliche Firmendaten dürfen durch die KI nicht verändert oder erfunden werden.</w:t>
      </w:r>
    </w:p>
    <w:p>
      <w:pPr>
        <w:pStyle w:val="FIRMLIVOStep"/>
        <w:spacing w:after="80"/>
        <w:ind w:left="238" w:hanging="238"/>
        <w:keepLines/>
      </w:pPr>
      <w:r>
        <w:rPr>
          <w:b/>
          <w:color w:val="2B6E7F"/>
        </w:rPr>
        <w:t xml:space="preserve">7. </w:t>
      </w:r>
      <w:r>
        <w:t>Prüfe die KI-Vorschläge selbst. Übernimm nur Änderungen, die du verstehst und sinnvoll findest.</w:t>
      </w:r>
    </w:p>
    <w:p>
      <w:pPr>
        <w:pStyle w:val="FIRMLIVOStep"/>
        <w:spacing w:after="80"/>
        <w:ind w:left="238" w:hanging="238"/>
        <w:keepLines/>
      </w:pPr>
      <w:r>
        <w:rPr>
          <w:b/>
          <w:color w:val="2B6E7F"/>
        </w:rPr>
        <w:t xml:space="preserve">8. </w:t>
      </w:r>
      <w:r>
        <w:t>Kontrolliere Empfänger, Betreff, Anrede, Inhalt und Grußformel. Versende anschließend die drei E-Mails über das FIRMLIVO-Postfach und kontrolliere den Ordner „Gesendet“.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F1F7F3"/>
            <w:tcMar>
              <w:top w:w="160" w:type="dxa"/>
              <w:start w:w="180" w:type="dxa"/>
              <w:bottom w:w="150" w:type="dxa"/>
              <w:end w:w="180" w:type="dxa"/>
            </w:tcMar>
          </w:tcPr>
          <w:p>
            <w:pPr>
              <w:spacing w:after="80"/>
            </w:pPr>
            <w:r>
              <w:rPr>
                <w:rFonts w:ascii="Liberation Sans" w:hAnsi="Liberation Sans"/>
                <w:b/>
                <w:color w:val="36734A"/>
                <w:sz w:val="22"/>
              </w:rPr>
              <w:t>KI-Check – geeigneter Auftrag</w:t>
            </w:r>
          </w:p>
          <w:p>
            <w:pPr>
              <w:spacing w:after="60"/>
            </w:pPr>
            <w:r>
              <w:t>„Prüfe meine geschäftliche E-Mail auf Verständlichkeit, Höflichkeit, Rechtschreibung und Grammatik. Verändere keine Firmendaten und erfinde keine Informationen. Zeige mir kurz, welche Stellen du verbessern würdest und warum.“</w:t>
            </w:r>
          </w:p>
          <w:p>
            <w:pPr>
              <w:spacing w:after="60"/>
            </w:pPr>
            <w:r>
              <w:rPr>
                <w:b/>
                <w:color w:val="173A5A"/>
              </w:rPr>
              <w:t xml:space="preserve">Wichtig: </w:t>
            </w:r>
            <w:r>
              <w:t>Entscheide anschließend selbst, welche Vorschläge du übernimmst.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t>Kontrolle vor dem Absenden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5074"/>
            <w:shd w:fill="FFFFFF"/>
            <w:tcMar>
              <w:top w:w="55" w:type="dxa"/>
              <w:start w:w="50" w:type="dxa"/>
              <w:bottom w:w="55" w:type="dxa"/>
              <w:end w:w="50" w:type="dxa"/>
            </w:tcMar>
          </w:tcPr>
          <w:p>
            <w:pPr>
              <w:spacing w:after="0"/>
              <w:ind w:left="198" w:hanging="198"/>
            </w:pPr>
            <w:r>
              <w:rPr>
                <w:b/>
                <w:color w:val="2B6E7F"/>
              </w:rPr>
              <w:t xml:space="preserve">□ </w:t>
            </w:r>
            <w:r>
              <w:t>Die Empfängerfirma ist richtig ausgewählt.</w:t>
            </w:r>
          </w:p>
        </w:tc>
        <w:tc>
          <w:tcPr>
            <w:tcW w:type="dxa" w:w="5074"/>
            <w:shd w:fill="FFFFFF"/>
            <w:tcMar>
              <w:top w:w="55" w:type="dxa"/>
              <w:start w:w="50" w:type="dxa"/>
              <w:bottom w:w="55" w:type="dxa"/>
              <w:end w:w="50" w:type="dxa"/>
            </w:tcMar>
          </w:tcPr>
          <w:p>
            <w:pPr>
              <w:spacing w:after="0"/>
              <w:ind w:left="198" w:hanging="198"/>
            </w:pPr>
            <w:r>
              <w:rPr>
                <w:b/>
                <w:color w:val="2B6E7F"/>
              </w:rPr>
              <w:t xml:space="preserve">□ </w:t>
            </w:r>
            <w:r>
              <w:t>Der Betreff zeigt sofort, worum es geht.</w:t>
            </w:r>
          </w:p>
        </w:tc>
      </w:tr>
      <w:tr>
        <w:tc>
          <w:tcPr>
            <w:tcW w:type="dxa" w:w="5074"/>
            <w:shd w:fill="FFFFFF"/>
            <w:tcMar>
              <w:top w:w="55" w:type="dxa"/>
              <w:start w:w="50" w:type="dxa"/>
              <w:bottom w:w="55" w:type="dxa"/>
              <w:end w:w="50" w:type="dxa"/>
            </w:tcMar>
          </w:tcPr>
          <w:p>
            <w:pPr>
              <w:spacing w:after="0"/>
              <w:ind w:left="198" w:hanging="198"/>
            </w:pPr>
            <w:r>
              <w:rPr>
                <w:b/>
                <w:color w:val="2B6E7F"/>
              </w:rPr>
              <w:t xml:space="preserve">□ </w:t>
            </w:r>
            <w:r>
              <w:t>Anrede und Grußformel passen.</w:t>
            </w:r>
          </w:p>
        </w:tc>
        <w:tc>
          <w:tcPr>
            <w:tcW w:type="dxa" w:w="5074"/>
            <w:shd w:fill="FFFFFF"/>
            <w:tcMar>
              <w:top w:w="55" w:type="dxa"/>
              <w:start w:w="50" w:type="dxa"/>
              <w:bottom w:w="55" w:type="dxa"/>
              <w:end w:w="50" w:type="dxa"/>
            </w:tcMar>
          </w:tcPr>
          <w:p>
            <w:pPr>
              <w:spacing w:after="0"/>
              <w:ind w:left="198" w:hanging="198"/>
            </w:pPr>
            <w:r>
              <w:rPr>
                <w:b/>
                <w:color w:val="2B6E7F"/>
              </w:rPr>
              <w:t xml:space="preserve">□ </w:t>
            </w:r>
            <w:r>
              <w:t>Unsere Firma, Branche und unser Angebot werden verständlich vorgestellt.</w:t>
            </w:r>
          </w:p>
        </w:tc>
      </w:tr>
      <w:tr>
        <w:tc>
          <w:tcPr>
            <w:tcW w:type="dxa" w:w="5074"/>
            <w:shd w:fill="FFFFFF"/>
            <w:tcMar>
              <w:top w:w="55" w:type="dxa"/>
              <w:start w:w="50" w:type="dxa"/>
              <w:bottom w:w="55" w:type="dxa"/>
              <w:end w:w="50" w:type="dxa"/>
            </w:tcMar>
          </w:tcPr>
          <w:p>
            <w:pPr>
              <w:spacing w:after="0"/>
              <w:ind w:left="198" w:hanging="198"/>
            </w:pPr>
            <w:r>
              <w:rPr>
                <w:b/>
                <w:color w:val="2B6E7F"/>
              </w:rPr>
              <w:t xml:space="preserve">□ </w:t>
            </w:r>
            <w:r>
              <w:t>Die Nachricht ist an die jeweilige Empfängerfirma angepasst.</w:t>
            </w:r>
          </w:p>
        </w:tc>
        <w:tc>
          <w:tcPr>
            <w:tcW w:type="dxa" w:w="5074"/>
            <w:shd w:fill="FFFFFF"/>
            <w:tcMar>
              <w:top w:w="55" w:type="dxa"/>
              <w:start w:w="50" w:type="dxa"/>
              <w:bottom w:w="55" w:type="dxa"/>
              <w:end w:w="50" w:type="dxa"/>
            </w:tcMar>
          </w:tcPr>
          <w:p>
            <w:pPr>
              <w:spacing w:after="0"/>
              <w:ind w:left="198" w:hanging="198"/>
            </w:pPr>
            <w:r>
              <w:rPr>
                <w:b/>
                <w:color w:val="2B6E7F"/>
              </w:rPr>
              <w:t xml:space="preserve">□ </w:t>
            </w:r>
            <w:r>
              <w:t>Mindestens eine konkrete Frage oder ein sinnvoller Gesprächsanlass ist enthalten.</w:t>
            </w:r>
          </w:p>
        </w:tc>
      </w:tr>
      <w:tr>
        <w:tc>
          <w:tcPr>
            <w:tcW w:type="dxa" w:w="5074"/>
            <w:shd w:fill="FFFFFF"/>
            <w:tcMar>
              <w:top w:w="55" w:type="dxa"/>
              <w:start w:w="50" w:type="dxa"/>
              <w:bottom w:w="55" w:type="dxa"/>
              <w:end w:w="50" w:type="dxa"/>
            </w:tcMar>
          </w:tcPr>
          <w:p>
            <w:pPr>
              <w:spacing w:after="0"/>
              <w:ind w:left="198" w:hanging="198"/>
            </w:pPr>
            <w:r>
              <w:rPr>
                <w:b/>
                <w:color w:val="2B6E7F"/>
              </w:rPr>
              <w:t xml:space="preserve">□ </w:t>
            </w:r>
            <w:r>
              <w:t>Die KI hat keine Firmendaten verändert oder erfunden.</w:t>
            </w:r>
          </w:p>
        </w:tc>
        <w:tc>
          <w:tcPr>
            <w:tcW w:type="dxa" w:w="5074"/>
            <w:shd w:fill="FFFFFF"/>
            <w:tcMar>
              <w:top w:w="55" w:type="dxa"/>
              <w:start w:w="50" w:type="dxa"/>
              <w:bottom w:w="55" w:type="dxa"/>
              <w:end w:w="50" w:type="dxa"/>
            </w:tcMar>
          </w:tcPr>
          <w:p>
            <w:pPr>
              <w:spacing w:after="0"/>
              <w:ind w:left="198" w:hanging="198"/>
            </w:pPr>
            <w:r>
              <w:rPr>
                <w:b/>
                <w:color w:val="2B6E7F"/>
              </w:rPr>
              <w:t xml:space="preserve">□ </w:t>
            </w:r>
            <w:r>
              <w:t>Rechtschreibung und Grammatik wurden geprüft.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F3F6F8"/>
            <w:tcMar>
              <w:top w:w="70" w:type="dxa"/>
              <w:start w:w="110" w:type="dxa"/>
              <w:bottom w:w="70" w:type="dxa"/>
              <w:end w:w="110" w:type="dxa"/>
            </w:tcMar>
            <w:tcBorders>
              <w:top w:val="single" w:sz="4" w:color="BCC9CF"/>
              <w:left w:val="single" w:sz="4" w:color="BCC9CF"/>
              <w:bottom w:val="single" w:sz="4" w:color="BCC9CF"/>
              <w:right w:val="single" w:sz="4" w:color="BCC9CF"/>
            </w:tcBorders>
          </w:tcPr>
          <w:p>
            <w:pPr>
              <w:spacing w:after="0"/>
            </w:pPr>
            <w:r>
              <w:rPr>
                <w:b/>
                <w:color w:val="173A5A"/>
              </w:rPr>
              <w:t xml:space="preserve">Ergebnis: </w:t>
            </w:r>
            <w:r>
              <w:t xml:space="preserve">Drei versendete Firmenvorstellungen.  </w:t>
            </w:r>
            <w:r>
              <w:rPr>
                <w:b/>
                <w:color w:val="173A5A"/>
              </w:rPr>
              <w:t xml:space="preserve">Erweiterung: </w:t>
            </w:r>
            <w:r>
              <w:t>Vergleiche drei unterschiedliche Betreffzeilen.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94" w:left="879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3364"/>
      <w:gridCol w:w="3364"/>
      <w:gridCol w:w="3364"/>
    </w:tblGrid>
    <w:tr>
      <w:tc>
        <w:tcPr>
          <w:tcW w:type="dxa" w:w="336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left"/>
          </w:pPr>
          <w:r>
            <w:rPr>
              <w:rFonts w:ascii="Liberation Serif" w:hAnsi="Liberation Serif"/>
              <w:color w:val="6E7D85"/>
              <w:sz w:val="15"/>
            </w:rPr>
            <w:t>FIRMLIVO</w:t>
          </w:r>
        </w:p>
      </w:tc>
      <w:tc>
        <w:tcPr>
          <w:tcW w:type="dxa" w:w="336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center"/>
          </w:pPr>
          <w:r>
            <w:rPr>
              <w:rFonts w:ascii="Liberation Serif" w:hAnsi="Liberation Serif"/>
              <w:color w:val="6E7D85"/>
              <w:sz w:val="15"/>
            </w:rPr>
            <w:t>Materialpaket für die bayerische Mittelschule</w:t>
          </w:r>
        </w:p>
      </w:tc>
      <w:tc>
        <w:tcPr>
          <w:tcW w:type="dxa" w:w="336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Liberation Serif" w:hAnsi="Liberation Serif"/>
              <w:color w:val="6E7D85"/>
              <w:sz w:val="15"/>
            </w:rPr>
            <w:t>Wirtschaft live erleben.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2B6E7F"/>
        <w:sz w:val="18"/>
      </w:rPr>
      <w:t>FIRMLIVO</w:t>
    </w:r>
    <w:r>
      <w:rPr>
        <w:rFonts w:ascii="Liberation Serif" w:hAnsi="Liberation Serif"/>
        <w:color w:val="6E7D85"/>
        <w:sz w:val="17"/>
      </w:rPr>
      <w:t xml:space="preserve">  |  Wirtschaft live erleben.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erif" w:hAnsi="Liberation Serif"/>
      <w:color w:val="2734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3A5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B6E7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MLIVOTitle">
    <w:name w:val="FIRMLIVO Title"/>
    <w:pPr>
      <w:spacing w:before="0" w:after="160"/>
    </w:pPr>
    <w:rPr>
      <w:rFonts w:ascii="Liberation Sans" w:hAnsi="Liberation Sans"/>
      <w:b/>
      <w:color w:val="2B6E7F"/>
      <w:sz w:val="37"/>
    </w:rPr>
  </w:style>
  <w:style w:type="paragraph" w:customStyle="1" w:styleId="FIRMLIVOMeta">
    <w:name w:val="FIRMLIVO Meta"/>
    <w:pPr>
      <w:spacing w:after="60"/>
    </w:pPr>
    <w:rPr>
      <w:rFonts w:ascii="Liberation Serif" w:hAnsi="Liberation Serif"/>
      <w:b w:val="0"/>
      <w:color w:val="6E7D85"/>
      <w:sz w:val="18"/>
    </w:rPr>
  </w:style>
  <w:style w:type="paragraph" w:customStyle="1" w:styleId="FIRMLIVOLabel">
    <w:name w:val="FIRMLIVO Label"/>
    <w:pPr>
      <w:spacing w:after="60"/>
    </w:pPr>
    <w:rPr>
      <w:rFonts w:ascii="Liberation Serif" w:hAnsi="Liberation Serif"/>
      <w:b/>
      <w:color w:val="2B6E7F"/>
      <w:sz w:val="18"/>
    </w:rPr>
  </w:style>
  <w:style w:type="paragraph" w:customStyle="1" w:styleId="FIRMLIVOSmall">
    <w:name w:val="FIRMLIVO Small"/>
    <w:pPr>
      <w:spacing w:after="60"/>
    </w:pPr>
    <w:rPr>
      <w:rFonts w:ascii="Liberation Serif" w:hAnsi="Liberation Serif"/>
      <w:b w:val="0"/>
      <w:color w:val="6E7D85"/>
      <w:sz w:val="17"/>
    </w:rPr>
  </w:style>
  <w:style w:type="paragraph" w:customStyle="1" w:styleId="FIRMLIVOStep">
    <w:name w:val="FIRMLIVO Step"/>
    <w:pPr>
      <w:spacing w:after="60"/>
    </w:pPr>
    <w:rPr>
      <w:rFonts w:ascii="Liberation Serif" w:hAnsi="Liberation Serif"/>
      <w:b w:val="0"/>
      <w:color w:val="27343B"/>
      <w:sz w:val="21"/>
    </w:rPr>
  </w:style>
  <w:style w:type="paragraph" w:customStyle="1" w:styleId="FIRMLIVOCheck">
    <w:name w:val="FIRMLIVO Check"/>
    <w:pPr>
      <w:spacing w:after="60"/>
    </w:pPr>
    <w:rPr>
      <w:rFonts w:ascii="Liberation Serif" w:hAnsi="Liberation Serif"/>
      <w:b w:val="0"/>
      <w:color w:val="27343B"/>
      <w:sz w:val="20"/>
    </w:rPr>
  </w:style>
  <w:style w:type="paragraph" w:customStyle="1" w:styleId="FIRMLIVOPrompt">
    <w:name w:val="FIRMLIVO Prompt"/>
    <w:pPr>
      <w:spacing w:after="60"/>
    </w:pPr>
    <w:rPr>
      <w:rFonts w:ascii="Liberation Serif" w:hAnsi="Liberation Serif"/>
      <w:b w:val="0"/>
      <w:color w:val="27343B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