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IRMLIVOTitle"/>
        <w:keepNext/>
      </w:pPr>
      <w:r>
        <w:rPr>
          <w:b/>
        </w:rPr>
        <w:t xml:space="preserve">M-W8-02A  </w:t>
      </w:r>
      <w:r>
        <w:t>Eine Übungsfirma per E-Mail vorstellen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3383"/>
            <w:shd w:fill="173A5A"/>
            <w:vAlign w:val="center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5" w:color="B4C4CC"/>
              <w:left w:val="single" w:sz="5" w:color="B4C4CC"/>
              <w:bottom w:val="single" w:sz="5" w:color="B4C4CC"/>
              <w:right w:val="single" w:sz="5" w:color="B4C4CC"/>
            </w:tcBorders>
          </w:tcPr>
          <w:p>
            <w:pPr>
              <w:jc w:val="center"/>
            </w:pPr>
            <w:r>
              <w:rPr>
                <w:rFonts w:ascii="Liberation Serif" w:hAnsi="Liberation Serif"/>
                <w:b/>
                <w:color w:val="FFFFFF"/>
                <w:sz w:val="17"/>
              </w:rPr>
              <w:t>Aufgabe</w:t>
            </w:r>
          </w:p>
        </w:tc>
        <w:tc>
          <w:tcPr>
            <w:tcW w:type="dxa" w:w="3383"/>
            <w:shd w:fill="173A5A"/>
            <w:vAlign w:val="center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5" w:color="B4C4CC"/>
              <w:left w:val="single" w:sz="5" w:color="B4C4CC"/>
              <w:bottom w:val="single" w:sz="5" w:color="B4C4CC"/>
              <w:right w:val="single" w:sz="5" w:color="B4C4CC"/>
            </w:tcBorders>
          </w:tcPr>
          <w:p>
            <w:pPr>
              <w:jc w:val="center"/>
            </w:pPr>
            <w:r>
              <w:rPr>
                <w:rFonts w:ascii="Liberation Serif" w:hAnsi="Liberation Serif"/>
                <w:b/>
                <w:color w:val="FFFFFF"/>
                <w:sz w:val="17"/>
              </w:rPr>
              <w:t>Einsatz</w:t>
            </w:r>
          </w:p>
        </w:tc>
        <w:tc>
          <w:tcPr>
            <w:tcW w:type="dxa" w:w="3383"/>
            <w:shd w:fill="173A5A"/>
            <w:vAlign w:val="center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5" w:color="B4C4CC"/>
              <w:left w:val="single" w:sz="5" w:color="B4C4CC"/>
              <w:bottom w:val="single" w:sz="5" w:color="B4C4CC"/>
              <w:right w:val="single" w:sz="5" w:color="B4C4CC"/>
            </w:tcBorders>
          </w:tcPr>
          <w:p>
            <w:pPr>
              <w:jc w:val="center"/>
            </w:pPr>
            <w:r>
              <w:rPr>
                <w:rFonts w:ascii="Liberation Serif" w:hAnsi="Liberation Serif"/>
                <w:b/>
                <w:color w:val="FFFFFF"/>
                <w:sz w:val="17"/>
              </w:rPr>
              <w:t>Material</w:t>
            </w:r>
          </w:p>
        </w:tc>
      </w:tr>
      <w:tr>
        <w:tc>
          <w:tcPr>
            <w:tcW w:type="dxa" w:w="3383"/>
            <w:shd w:fill="F3F6F8"/>
            <w:vAlign w:val="center"/>
            <w:tcMar>
              <w:top w:w="110" w:type="dxa"/>
              <w:start w:w="80" w:type="dxa"/>
              <w:bottom w:w="110" w:type="dxa"/>
              <w:end w:w="80" w:type="dxa"/>
            </w:tcMar>
            <w:tcBorders>
              <w:top w:val="single" w:sz="5" w:color="B4C4CC"/>
              <w:left w:val="single" w:sz="5" w:color="B4C4CC"/>
              <w:bottom w:val="single" w:sz="5" w:color="B4C4CC"/>
              <w:right w:val="single" w:sz="5" w:color="B4C4CC"/>
            </w:tcBorders>
          </w:tcPr>
          <w:p>
            <w:pPr>
              <w:jc w:val="center"/>
            </w:pPr>
            <w:r>
              <w:rPr>
                <w:rFonts w:ascii="Liberation Serif" w:hAnsi="Liberation Serif"/>
                <w:color w:val="27343B"/>
                <w:sz w:val="18"/>
              </w:rPr>
              <w:t>W8-02</w:t>
            </w:r>
          </w:p>
        </w:tc>
        <w:tc>
          <w:tcPr>
            <w:tcW w:type="dxa" w:w="3383"/>
            <w:shd w:fill="F3F6F8"/>
            <w:vAlign w:val="center"/>
            <w:tcMar>
              <w:top w:w="110" w:type="dxa"/>
              <w:start w:w="80" w:type="dxa"/>
              <w:bottom w:w="110" w:type="dxa"/>
              <w:end w:w="80" w:type="dxa"/>
            </w:tcMar>
            <w:tcBorders>
              <w:top w:val="single" w:sz="5" w:color="B4C4CC"/>
              <w:left w:val="single" w:sz="5" w:color="B4C4CC"/>
              <w:bottom w:val="single" w:sz="5" w:color="B4C4CC"/>
              <w:right w:val="single" w:sz="5" w:color="B4C4CC"/>
            </w:tcBorders>
          </w:tcPr>
          <w:p>
            <w:pPr>
              <w:jc w:val="center"/>
            </w:pPr>
            <w:r>
              <w:rPr>
                <w:rFonts w:ascii="Liberation Serif" w:hAnsi="Liberation Serif"/>
                <w:color w:val="27343B"/>
                <w:sz w:val="18"/>
              </w:rPr>
              <w:t>Firmenvorstellung planen</w:t>
            </w:r>
          </w:p>
        </w:tc>
        <w:tc>
          <w:tcPr>
            <w:tcW w:type="dxa" w:w="3383"/>
            <w:shd w:fill="F3F6F8"/>
            <w:vAlign w:val="center"/>
            <w:tcMar>
              <w:top w:w="110" w:type="dxa"/>
              <w:start w:w="80" w:type="dxa"/>
              <w:bottom w:w="110" w:type="dxa"/>
              <w:end w:w="80" w:type="dxa"/>
            </w:tcMar>
            <w:tcBorders>
              <w:top w:val="single" w:sz="5" w:color="B4C4CC"/>
              <w:left w:val="single" w:sz="5" w:color="B4C4CC"/>
              <w:bottom w:val="single" w:sz="5" w:color="B4C4CC"/>
              <w:right w:val="single" w:sz="5" w:color="B4C4CC"/>
            </w:tcBorders>
          </w:tcPr>
          <w:p>
            <w:pPr>
              <w:jc w:val="center"/>
            </w:pPr>
            <w:r>
              <w:rPr>
                <w:rFonts w:ascii="Liberation Serif" w:hAnsi="Liberation Serif"/>
                <w:color w:val="27343B"/>
                <w:sz w:val="18"/>
              </w:rPr>
              <w:t>Strukturhilfe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10148"/>
            <w:shd w:fill="EAF3F6"/>
            <w:tcMar>
              <w:top w:w="160" w:type="dxa"/>
              <w:start w:w="180" w:type="dxa"/>
              <w:bottom w:w="150" w:type="dxa"/>
              <w:end w:w="180" w:type="dxa"/>
            </w:tcMar>
          </w:tcPr>
          <w:p>
            <w:pPr>
              <w:spacing w:after="80"/>
            </w:pPr>
            <w:r>
              <w:rPr>
                <w:rFonts w:ascii="Liberation Sans" w:hAnsi="Liberation Sans"/>
                <w:b/>
                <w:color w:val="2B6E7F"/>
                <w:sz w:val="22"/>
              </w:rPr>
              <w:t>Worum geht es?</w:t>
            </w:r>
          </w:p>
          <w:p>
            <w:pPr>
              <w:spacing w:after="60"/>
            </w:pPr>
            <w:r>
              <w:t>Bei einer ersten geschäftlichen Kontaktaufnahme soll die Empfängerfirma schnell erkennen: Wer schreibt? Was bietet die Firma an? Warum wird Kontakt aufgenommen? Wie kann der Kontakt weitergehen?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Die sechs Bausteine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rPr>
          <w:tblHeader w:val="true"/>
        </w:trPr>
        <w:tc>
          <w:tcPr>
            <w:tcW w:type="dxa" w:w="3383"/>
            <w:shd w:fill="173A5A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5" w:color="173A5A"/>
              <w:left w:val="single" w:sz="5" w:color="173A5A"/>
              <w:bottom w:val="single" w:sz="5" w:color="173A5A"/>
              <w:right w:val="single" w:sz="5" w:color="173A5A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Baustein</w:t>
            </w:r>
          </w:p>
        </w:tc>
        <w:tc>
          <w:tcPr>
            <w:tcW w:type="dxa" w:w="3383"/>
            <w:shd w:fill="173A5A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5" w:color="173A5A"/>
              <w:left w:val="single" w:sz="5" w:color="173A5A"/>
              <w:bottom w:val="single" w:sz="5" w:color="173A5A"/>
              <w:right w:val="single" w:sz="5" w:color="173A5A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Leitfrage</w:t>
            </w:r>
          </w:p>
        </w:tc>
        <w:tc>
          <w:tcPr>
            <w:tcW w:type="dxa" w:w="3383"/>
            <w:shd w:fill="173A5A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5" w:color="173A5A"/>
              <w:left w:val="single" w:sz="5" w:color="173A5A"/>
              <w:bottom w:val="single" w:sz="5" w:color="173A5A"/>
              <w:right w:val="single" w:sz="5" w:color="173A5A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Beispiel / Hinweis</w:t>
            </w:r>
          </w:p>
        </w:tc>
      </w:tr>
      <w:tr>
        <w:tc>
          <w:tcPr>
            <w:tcW w:type="dxa" w:w="3383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r>
              <w:rPr>
                <w:b/>
                <w:color w:val="2B6E7F"/>
                <w:sz w:val="18"/>
              </w:rPr>
              <w:t>1. Betreff</w:t>
            </w:r>
          </w:p>
        </w:tc>
        <w:tc>
          <w:tcPr>
            <w:tcW w:type="dxa" w:w="3383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r>
              <w:rPr>
                <w:sz w:val="18"/>
              </w:rPr>
              <w:t>Worum geht es?</w:t>
            </w:r>
          </w:p>
        </w:tc>
        <w:tc>
          <w:tcPr>
            <w:tcW w:type="dxa" w:w="3383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r>
              <w:rPr>
                <w:sz w:val="18"/>
              </w:rPr>
              <w:t>Kurz und eindeutig, z. B. „Vorstellung unserer Übungsfirma“.</w:t>
            </w:r>
          </w:p>
        </w:tc>
      </w:tr>
      <w:tr>
        <w:tc>
          <w:tcPr>
            <w:tcW w:type="dxa" w:w="3383"/>
            <w:shd w:fill="F3F6F8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r>
              <w:rPr>
                <w:b/>
                <w:color w:val="2B6E7F"/>
                <w:sz w:val="18"/>
              </w:rPr>
              <w:t>2. Anrede</w:t>
            </w:r>
          </w:p>
        </w:tc>
        <w:tc>
          <w:tcPr>
            <w:tcW w:type="dxa" w:w="3383"/>
            <w:shd w:fill="F3F6F8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r>
              <w:rPr>
                <w:sz w:val="18"/>
              </w:rPr>
              <w:t>Wen schreibe ich an?</w:t>
            </w:r>
          </w:p>
        </w:tc>
        <w:tc>
          <w:tcPr>
            <w:tcW w:type="dxa" w:w="3383"/>
            <w:shd w:fill="F3F6F8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r>
              <w:rPr>
                <w:sz w:val="18"/>
              </w:rPr>
              <w:t>Name verwenden, wenn bekannt; sonst eine neutrale geschäftliche Anrede.</w:t>
            </w:r>
          </w:p>
        </w:tc>
      </w:tr>
      <w:tr>
        <w:tc>
          <w:tcPr>
            <w:tcW w:type="dxa" w:w="3383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r>
              <w:rPr>
                <w:b/>
                <w:color w:val="2B6E7F"/>
                <w:sz w:val="18"/>
              </w:rPr>
              <w:t>3. Wer sind wir?</w:t>
            </w:r>
          </w:p>
        </w:tc>
        <w:tc>
          <w:tcPr>
            <w:tcW w:type="dxa" w:w="3383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r>
              <w:rPr>
                <w:sz w:val="18"/>
              </w:rPr>
              <w:t>Wie heißt unsere Firma und in welcher Branche arbeiten wir?</w:t>
            </w:r>
          </w:p>
        </w:tc>
        <w:tc>
          <w:tcPr>
            <w:tcW w:type="dxa" w:w="3383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r>
              <w:rPr>
                <w:sz w:val="18"/>
              </w:rPr>
              <w:t>Firma und Branche in 1–2 Sätzen nennen.</w:t>
            </w:r>
          </w:p>
        </w:tc>
      </w:tr>
      <w:tr>
        <w:tc>
          <w:tcPr>
            <w:tcW w:type="dxa" w:w="3383"/>
            <w:shd w:fill="F3F6F8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r>
              <w:rPr>
                <w:b/>
                <w:color w:val="2B6E7F"/>
                <w:sz w:val="18"/>
              </w:rPr>
              <w:t>4. Was bieten wir an?</w:t>
            </w:r>
          </w:p>
        </w:tc>
        <w:tc>
          <w:tcPr>
            <w:tcW w:type="dxa" w:w="3383"/>
            <w:shd w:fill="F3F6F8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r>
              <w:rPr>
                <w:sz w:val="18"/>
              </w:rPr>
              <w:t>Welche Produkte oder Dienstleistungen sind wichtig?</w:t>
            </w:r>
          </w:p>
        </w:tc>
        <w:tc>
          <w:tcPr>
            <w:tcW w:type="dxa" w:w="3383"/>
            <w:shd w:fill="F3F6F8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r>
              <w:rPr>
                <w:sz w:val="18"/>
              </w:rPr>
              <w:t>Nur die wichtigsten Angebote nennen; nichts erfinden.</w:t>
            </w:r>
          </w:p>
        </w:tc>
      </w:tr>
      <w:tr>
        <w:tc>
          <w:tcPr>
            <w:tcW w:type="dxa" w:w="3383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r>
              <w:rPr>
                <w:b/>
                <w:color w:val="2B6E7F"/>
                <w:sz w:val="18"/>
              </w:rPr>
              <w:t>5. Warum schreiben wir?</w:t>
            </w:r>
          </w:p>
        </w:tc>
        <w:tc>
          <w:tcPr>
            <w:tcW w:type="dxa" w:w="3383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r>
              <w:rPr>
                <w:sz w:val="18"/>
              </w:rPr>
              <w:t>Warum ist gerade diese Firma interessant?</w:t>
            </w:r>
          </w:p>
        </w:tc>
        <w:tc>
          <w:tcPr>
            <w:tcW w:type="dxa" w:w="3383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r>
              <w:rPr>
                <w:sz w:val="18"/>
              </w:rPr>
              <w:t>Einen konkreten Bezug zur Empfängerfirma herstellen und ggf. eine Frage stellen.</w:t>
            </w:r>
          </w:p>
        </w:tc>
      </w:tr>
      <w:tr>
        <w:tc>
          <w:tcPr>
            <w:tcW w:type="dxa" w:w="3383"/>
            <w:shd w:fill="F3F6F8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r>
              <w:rPr>
                <w:b/>
                <w:color w:val="2B6E7F"/>
                <w:sz w:val="18"/>
              </w:rPr>
              <w:t>6. Abschluss</w:t>
            </w:r>
          </w:p>
        </w:tc>
        <w:tc>
          <w:tcPr>
            <w:tcW w:type="dxa" w:w="3383"/>
            <w:shd w:fill="F3F6F8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r>
              <w:rPr>
                <w:sz w:val="18"/>
              </w:rPr>
              <w:t>Wie endet die Nachricht professionell?</w:t>
            </w:r>
          </w:p>
        </w:tc>
        <w:tc>
          <w:tcPr>
            <w:tcW w:type="dxa" w:w="3383"/>
            <w:shd w:fill="F3F6F8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r>
              <w:rPr>
                <w:sz w:val="18"/>
              </w:rPr>
              <w:t>Freundlicher Schlusssatz, Grußformel, Name/Firma.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10148"/>
            <w:shd w:fill="EAF3F6"/>
            <w:tcMar>
              <w:top w:w="160" w:type="dxa"/>
              <w:start w:w="180" w:type="dxa"/>
              <w:bottom w:w="150" w:type="dxa"/>
              <w:end w:w="180" w:type="dxa"/>
            </w:tcMar>
          </w:tcPr>
          <w:p>
            <w:pPr>
              <w:spacing w:after="80"/>
            </w:pPr>
            <w:r>
              <w:rPr>
                <w:rFonts w:ascii="Liberation Sans" w:hAnsi="Liberation Sans"/>
                <w:b/>
                <w:color w:val="2B6E7F"/>
                <w:sz w:val="22"/>
              </w:rPr>
              <w:t>So klingt es geschäftlich</w:t>
            </w:r>
          </w:p>
          <w:p>
            <w:pPr>
              <w:spacing w:after="60"/>
            </w:pPr>
            <w:r>
              <w:rPr>
                <w:b/>
                <w:color w:val="173A5A"/>
              </w:rPr>
              <w:t xml:space="preserve">Besser: </w:t>
            </w:r>
            <w:r>
              <w:t>„Guten Tag, wir möchten Ihnen gerne unsere Übungsfirma vorstellen.“</w:t>
            </w:r>
          </w:p>
          <w:p>
            <w:pPr>
              <w:spacing w:after="60"/>
            </w:pPr>
            <w:r>
              <w:rPr>
                <w:b/>
                <w:color w:val="173A5A"/>
              </w:rPr>
              <w:t xml:space="preserve">Weniger passend: </w:t>
            </w:r>
            <w:r>
              <w:t>„Hi, wir wollten euch mal unsere Firma zeigen.“</w:t>
            </w:r>
          </w:p>
          <w:p>
            <w:pPr>
              <w:spacing w:after="60"/>
            </w:pPr>
            <w:r>
              <w:rPr>
                <w:b/>
                <w:color w:val="173A5A"/>
              </w:rPr>
              <w:t xml:space="preserve">Besser: </w:t>
            </w:r>
            <w:r>
              <w:t>„Da Sie Büroausstattung anbieten, könnte Ihr Sortiment für unsere Firma interessant sein.“</w:t>
            </w:r>
          </w:p>
          <w:p>
            <w:pPr>
              <w:spacing w:after="60"/>
            </w:pPr>
            <w:r>
              <w:rPr>
                <w:b/>
                <w:color w:val="173A5A"/>
              </w:rPr>
              <w:t xml:space="preserve">Weniger passend: </w:t>
            </w:r>
            <w:r>
              <w:t>„Ihre Firma sieht cool aus.“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Mini-Plan für deinen Entwurf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c>
          <w:tcPr>
            <w:tcW w:type="dxa" w:w="5074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/>
              <w:ind w:left="193" w:hanging="193"/>
            </w:pPr>
            <w:r>
              <w:rPr>
                <w:b/>
                <w:color w:val="2B6E7F"/>
              </w:rPr>
              <w:t xml:space="preserve">□ </w:t>
            </w:r>
            <w:r>
              <w:t>Betreff: Was soll der Empfänger sofort erkennen?</w:t>
            </w:r>
          </w:p>
        </w:tc>
        <w:tc>
          <w:tcPr>
            <w:tcW w:type="dxa" w:w="5074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/>
              <w:ind w:left="193" w:hanging="193"/>
            </w:pPr>
            <w:r>
              <w:rPr>
                <w:b/>
                <w:color w:val="2B6E7F"/>
              </w:rPr>
              <w:t xml:space="preserve">□ </w:t>
            </w:r>
            <w:r>
              <w:t>Anrede: Kenne ich einen Ansprechpartner?</w:t>
            </w:r>
          </w:p>
        </w:tc>
      </w:tr>
      <w:tr>
        <w:tc>
          <w:tcPr>
            <w:tcW w:type="dxa" w:w="5074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/>
              <w:ind w:left="193" w:hanging="193"/>
            </w:pPr>
            <w:r>
              <w:rPr>
                <w:b/>
                <w:color w:val="2B6E7F"/>
              </w:rPr>
              <w:t xml:space="preserve">□ </w:t>
            </w:r>
            <w:r>
              <w:t>Firmenvorstellung: Name + Branche + wichtiges Angebot</w:t>
            </w:r>
          </w:p>
        </w:tc>
        <w:tc>
          <w:tcPr>
            <w:tcW w:type="dxa" w:w="5074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/>
              <w:ind w:left="193" w:hanging="193"/>
            </w:pPr>
            <w:r>
              <w:rPr>
                <w:b/>
                <w:color w:val="2B6E7F"/>
              </w:rPr>
              <w:t xml:space="preserve">□ </w:t>
            </w:r>
            <w:r>
              <w:t>Bezug: Warum schreibe ich gerade dieser Firma?</w:t>
            </w:r>
          </w:p>
        </w:tc>
      </w:tr>
      <w:tr>
        <w:tc>
          <w:tcPr>
            <w:tcW w:type="dxa" w:w="5074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/>
              <w:ind w:left="193" w:hanging="193"/>
            </w:pPr>
            <w:r>
              <w:rPr>
                <w:b/>
                <w:color w:val="2B6E7F"/>
              </w:rPr>
              <w:t xml:space="preserve">□ </w:t>
            </w:r>
            <w:r>
              <w:t>Frage: Was möchte ich von der Empfängerfirma wissen?</w:t>
            </w:r>
          </w:p>
        </w:tc>
        <w:tc>
          <w:tcPr>
            <w:tcW w:type="dxa" w:w="5074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/>
              <w:ind w:left="193" w:hanging="193"/>
            </w:pPr>
            <w:r>
              <w:rPr>
                <w:b/>
                <w:color w:val="2B6E7F"/>
              </w:rPr>
              <w:t xml:space="preserve">□ </w:t>
            </w:r>
            <w:r>
              <w:t>Abschluss: freundlicher Schlusssatz + Grußformel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10148"/>
            <w:shd w:fill="FFF7E7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spacing w:after="0"/>
            </w:pPr>
            <w:r>
              <w:rPr>
                <w:rFonts w:ascii="Liberation Sans" w:hAnsi="Liberation Sans"/>
                <w:b/>
                <w:color w:val="8A641F"/>
              </w:rPr>
              <w:t xml:space="preserve">Merke: </w:t>
            </w:r>
            <w:r>
              <w:t>Eine gute Firmenvorstellung ist kurz, verständlich, sachlich und freundlich. Sie soll Interesse an einem weiteren Geschäftskontakt wecken – nicht möglichst viele Informationen unterbringen.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94" w:left="879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3364"/>
      <w:gridCol w:w="3364"/>
      <w:gridCol w:w="3364"/>
    </w:tblGrid>
    <w:tr>
      <w:tc>
        <w:tcPr>
          <w:tcW w:type="dxa" w:w="336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left"/>
          </w:pPr>
          <w:r>
            <w:rPr>
              <w:rFonts w:ascii="Liberation Serif" w:hAnsi="Liberation Serif"/>
              <w:color w:val="6E7D85"/>
              <w:sz w:val="15"/>
            </w:rPr>
            <w:t>FIRMLIVO</w:t>
          </w:r>
        </w:p>
      </w:tc>
      <w:tc>
        <w:tcPr>
          <w:tcW w:type="dxa" w:w="336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center"/>
          </w:pPr>
          <w:r>
            <w:rPr>
              <w:rFonts w:ascii="Liberation Serif" w:hAnsi="Liberation Serif"/>
              <w:color w:val="6E7D85"/>
              <w:sz w:val="15"/>
            </w:rPr>
            <w:t>Materialpaket für die bayerische Mittelschule</w:t>
          </w:r>
        </w:p>
      </w:tc>
      <w:tc>
        <w:tcPr>
          <w:tcW w:type="dxa" w:w="336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right"/>
          </w:pPr>
          <w:r>
            <w:rPr>
              <w:rFonts w:ascii="Liberation Serif" w:hAnsi="Liberation Serif"/>
              <w:color w:val="6E7D85"/>
              <w:sz w:val="15"/>
            </w:rPr>
            <w:t>Wirtschaft live erleben.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2B6E7F"/>
        <w:sz w:val="18"/>
      </w:rPr>
      <w:t>FIRMLIVO</w:t>
    </w:r>
    <w:r>
      <w:rPr>
        <w:rFonts w:ascii="Liberation Serif" w:hAnsi="Liberation Serif"/>
        <w:color w:val="6E7D85"/>
        <w:sz w:val="17"/>
      </w:rPr>
      <w:t xml:space="preserve">  |  Wirtschaft live erleben.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Liberation Serif" w:hAnsi="Liberation Serif"/>
      <w:color w:val="27343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3A5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2B6E7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RMLIVOTitle">
    <w:name w:val="FIRMLIVO Title"/>
    <w:pPr>
      <w:spacing w:before="0" w:after="160"/>
    </w:pPr>
    <w:rPr>
      <w:rFonts w:ascii="Liberation Sans" w:hAnsi="Liberation Sans"/>
      <w:b/>
      <w:color w:val="2B6E7F"/>
      <w:sz w:val="37"/>
    </w:rPr>
  </w:style>
  <w:style w:type="paragraph" w:customStyle="1" w:styleId="FIRMLIVOMeta">
    <w:name w:val="FIRMLIVO Meta"/>
    <w:pPr>
      <w:spacing w:after="60"/>
    </w:pPr>
    <w:rPr>
      <w:rFonts w:ascii="Liberation Serif" w:hAnsi="Liberation Serif"/>
      <w:b w:val="0"/>
      <w:color w:val="6E7D85"/>
      <w:sz w:val="18"/>
    </w:rPr>
  </w:style>
  <w:style w:type="paragraph" w:customStyle="1" w:styleId="FIRMLIVOLabel">
    <w:name w:val="FIRMLIVO Label"/>
    <w:pPr>
      <w:spacing w:after="60"/>
    </w:pPr>
    <w:rPr>
      <w:rFonts w:ascii="Liberation Serif" w:hAnsi="Liberation Serif"/>
      <w:b/>
      <w:color w:val="2B6E7F"/>
      <w:sz w:val="18"/>
    </w:rPr>
  </w:style>
  <w:style w:type="paragraph" w:customStyle="1" w:styleId="FIRMLIVOSmall">
    <w:name w:val="FIRMLIVO Small"/>
    <w:pPr>
      <w:spacing w:after="60"/>
    </w:pPr>
    <w:rPr>
      <w:rFonts w:ascii="Liberation Serif" w:hAnsi="Liberation Serif"/>
      <w:b w:val="0"/>
      <w:color w:val="6E7D85"/>
      <w:sz w:val="17"/>
    </w:rPr>
  </w:style>
  <w:style w:type="paragraph" w:customStyle="1" w:styleId="FIRMLIVOStep">
    <w:name w:val="FIRMLIVO Step"/>
    <w:pPr>
      <w:spacing w:after="60"/>
    </w:pPr>
    <w:rPr>
      <w:rFonts w:ascii="Liberation Serif" w:hAnsi="Liberation Serif"/>
      <w:b w:val="0"/>
      <w:color w:val="27343B"/>
      <w:sz w:val="21"/>
    </w:rPr>
  </w:style>
  <w:style w:type="paragraph" w:customStyle="1" w:styleId="FIRMLIVOCheck">
    <w:name w:val="FIRMLIVO Check"/>
    <w:pPr>
      <w:spacing w:after="60"/>
    </w:pPr>
    <w:rPr>
      <w:rFonts w:ascii="Liberation Serif" w:hAnsi="Liberation Serif"/>
      <w:b w:val="0"/>
      <w:color w:val="27343B"/>
      <w:sz w:val="20"/>
    </w:rPr>
  </w:style>
  <w:style w:type="paragraph" w:customStyle="1" w:styleId="FIRMLIVOPrompt">
    <w:name w:val="FIRMLIVO Prompt"/>
    <w:pPr>
      <w:spacing w:after="60"/>
    </w:pPr>
    <w:rPr>
      <w:rFonts w:ascii="Liberation Serif" w:hAnsi="Liberation Serif"/>
      <w:b w:val="0"/>
      <w:color w:val="27343B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